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FAE" w:rsidRDefault="00176113">
      <w:pPr>
        <w:spacing w:after="120"/>
        <w:jc w:val="right"/>
      </w:pPr>
      <w:r>
        <w:t>Tarih: … / … / 20…</w:t>
      </w:r>
    </w:p>
    <w:p w:rsidR="008E33D7" w:rsidRDefault="00F63E18">
      <w:pPr>
        <w:jc w:val="center"/>
      </w:pPr>
      <w:r>
        <w:rPr>
          <w:b/>
          <w:sz w:val="24"/>
        </w:rPr>
        <w:t>BURSA ULUDAĞ ÜNİVERSİTESİ</w:t>
      </w:r>
      <w:r>
        <w:rPr>
          <w:b/>
          <w:sz w:val="24"/>
        </w:rPr>
        <w:br/>
        <w:t>MÜHENDİSLİK FAKÜLTESİ DEKANLIĞINA</w:t>
      </w:r>
    </w:p>
    <w:p w:rsidR="008E33D7" w:rsidRDefault="008E33D7"/>
    <w:p w:rsidR="008E33D7" w:rsidRDefault="008E33D7"/>
    <w:p w:rsidR="00C75D9A" w:rsidRDefault="00F63E18" w:rsidP="00C75D9A">
      <w:pPr>
        <w:ind w:firstLine="567"/>
      </w:pPr>
      <w:r>
        <w:t xml:space="preserve">7592 sayılı Kanun kapsamında af başvurusu yaparak yeniden kayıt yaptırmış bulunmaktayım. </w:t>
      </w:r>
      <w:proofErr w:type="spellStart"/>
      <w:r w:rsidR="00C75D9A">
        <w:t>almak</w:t>
      </w:r>
      <w:proofErr w:type="spellEnd"/>
      <w:r w:rsidR="00C75D9A">
        <w:t xml:space="preserve"> </w:t>
      </w:r>
      <w:proofErr w:type="spellStart"/>
      <w:r w:rsidR="00C75D9A">
        <w:t>istediğim</w:t>
      </w:r>
      <w:proofErr w:type="spellEnd"/>
      <w:r w:rsidR="00C75D9A">
        <w:t xml:space="preserve"> </w:t>
      </w:r>
      <w:proofErr w:type="spellStart"/>
      <w:r w:rsidR="00C75D9A">
        <w:t>derslerin</w:t>
      </w:r>
      <w:proofErr w:type="spellEnd"/>
      <w:r w:rsidR="00C75D9A">
        <w:t xml:space="preserve"> </w:t>
      </w:r>
      <w:proofErr w:type="spellStart"/>
      <w:r w:rsidR="00C75D9A">
        <w:t>aşağıda</w:t>
      </w:r>
      <w:proofErr w:type="spellEnd"/>
      <w:r w:rsidR="00C75D9A">
        <w:t xml:space="preserve"> </w:t>
      </w:r>
      <w:proofErr w:type="spellStart"/>
      <w:r w:rsidR="00C75D9A">
        <w:t>belirttiğim</w:t>
      </w:r>
      <w:proofErr w:type="spellEnd"/>
      <w:r w:rsidR="00C75D9A">
        <w:t xml:space="preserve"> </w:t>
      </w:r>
      <w:proofErr w:type="spellStart"/>
      <w:r w:rsidR="00C75D9A">
        <w:t>şekilde</w:t>
      </w:r>
      <w:proofErr w:type="spellEnd"/>
      <w:r w:rsidR="00C75D9A">
        <w:t xml:space="preserve"> </w:t>
      </w:r>
      <w:proofErr w:type="spellStart"/>
      <w:r w:rsidR="00C75D9A">
        <w:t>seçilmesi</w:t>
      </w:r>
      <w:proofErr w:type="spellEnd"/>
      <w:r w:rsidR="00C75D9A">
        <w:t xml:space="preserve"> </w:t>
      </w:r>
      <w:proofErr w:type="spellStart"/>
      <w:r w:rsidR="00C75D9A">
        <w:t>hususunda</w:t>
      </w:r>
      <w:proofErr w:type="spellEnd"/>
      <w:r w:rsidR="00C75D9A">
        <w:t xml:space="preserve"> </w:t>
      </w:r>
      <w:proofErr w:type="spellStart"/>
      <w:r w:rsidR="00C75D9A">
        <w:t>gereğini</w:t>
      </w:r>
      <w:proofErr w:type="spellEnd"/>
      <w:r w:rsidR="00C75D9A">
        <w:t xml:space="preserve"> </w:t>
      </w:r>
      <w:proofErr w:type="spellStart"/>
      <w:r w:rsidR="00C75D9A">
        <w:t>arz</w:t>
      </w:r>
      <w:proofErr w:type="spellEnd"/>
      <w:r w:rsidR="00C75D9A">
        <w:t xml:space="preserve"> </w:t>
      </w:r>
      <w:proofErr w:type="spellStart"/>
      <w:r w:rsidR="00C75D9A">
        <w:t>ederim</w:t>
      </w:r>
      <w:proofErr w:type="spellEnd"/>
      <w:r w:rsidR="00C75D9A">
        <w:t>.</w:t>
      </w:r>
    </w:p>
    <w:p w:rsidR="00B37D1B" w:rsidRDefault="00B37D1B">
      <w:pPr>
        <w:spacing w:before="160"/>
        <w:rPr>
          <w:b/>
          <w:u w:val="single"/>
        </w:rPr>
      </w:pPr>
    </w:p>
    <w:p w:rsidR="008E33D7" w:rsidRDefault="00F63E18">
      <w:pPr>
        <w:spacing w:before="160"/>
      </w:pPr>
      <w:r>
        <w:rPr>
          <w:b/>
          <w:u w:val="single"/>
        </w:rPr>
        <w:t>DERSLER</w:t>
      </w:r>
    </w:p>
    <w:p w:rsidR="00C75D9A" w:rsidRPr="00F63E18" w:rsidRDefault="00F63E18">
      <w:pPr>
        <w:spacing w:before="100"/>
        <w:rPr>
          <w:b/>
          <w:u w:val="single"/>
        </w:rPr>
      </w:pPr>
      <w:proofErr w:type="spellStart"/>
      <w:r w:rsidRPr="00F63E18">
        <w:rPr>
          <w:b/>
          <w:u w:val="single"/>
        </w:rPr>
        <w:t>Dersin</w:t>
      </w:r>
      <w:proofErr w:type="spellEnd"/>
      <w:r w:rsidRPr="00F63E18">
        <w:rPr>
          <w:b/>
          <w:u w:val="single"/>
        </w:rPr>
        <w:t xml:space="preserve"> </w:t>
      </w:r>
      <w:r w:rsidRPr="00F63E18">
        <w:rPr>
          <w:b/>
          <w:u w:val="single"/>
        </w:rPr>
        <w:tab/>
        <w:t>Kodu</w:t>
      </w:r>
      <w:r>
        <w:tab/>
      </w:r>
      <w:r>
        <w:tab/>
      </w:r>
      <w:r>
        <w:tab/>
      </w:r>
      <w:r>
        <w:tab/>
      </w:r>
      <w:proofErr w:type="spellStart"/>
      <w:r w:rsidRPr="00F63E18">
        <w:rPr>
          <w:b/>
          <w:u w:val="single"/>
        </w:rPr>
        <w:t>Dersin</w:t>
      </w:r>
      <w:proofErr w:type="spellEnd"/>
      <w:r w:rsidRPr="00F63E18">
        <w:rPr>
          <w:b/>
          <w:u w:val="single"/>
        </w:rPr>
        <w:t xml:space="preserve"> </w:t>
      </w:r>
      <w:proofErr w:type="spellStart"/>
      <w:r w:rsidRPr="00F63E18">
        <w:rPr>
          <w:b/>
          <w:u w:val="single"/>
        </w:rPr>
        <w:t>Adı</w:t>
      </w:r>
      <w:proofErr w:type="spellEnd"/>
    </w:p>
    <w:p w:rsidR="00F63E18" w:rsidRDefault="00F63E18">
      <w:pPr>
        <w:spacing w:before="100"/>
      </w:pPr>
    </w:p>
    <w:p w:rsidR="00F63E18" w:rsidRDefault="00F63E18">
      <w:pPr>
        <w:spacing w:before="100"/>
      </w:pPr>
    </w:p>
    <w:p w:rsidR="00F63E18" w:rsidRDefault="00F63E18">
      <w:pPr>
        <w:spacing w:before="100"/>
      </w:pPr>
    </w:p>
    <w:p w:rsidR="00F63E18" w:rsidRDefault="00F63E18">
      <w:pPr>
        <w:spacing w:before="100"/>
      </w:pPr>
    </w:p>
    <w:p w:rsidR="00F63E18" w:rsidRDefault="00F63E18">
      <w:pPr>
        <w:spacing w:before="100"/>
      </w:pPr>
    </w:p>
    <w:p w:rsidR="00F63E18" w:rsidRDefault="00F63E18">
      <w:pPr>
        <w:spacing w:before="100"/>
      </w:pPr>
    </w:p>
    <w:p w:rsidR="00F63E18" w:rsidRDefault="00F63E18">
      <w:pPr>
        <w:spacing w:before="100"/>
      </w:pPr>
    </w:p>
    <w:p w:rsidR="007323CB" w:rsidRDefault="007323CB">
      <w:pPr>
        <w:spacing w:before="100"/>
      </w:pPr>
    </w:p>
    <w:p w:rsidR="007323CB" w:rsidRDefault="007323CB">
      <w:pPr>
        <w:spacing w:before="100"/>
      </w:pPr>
    </w:p>
    <w:p w:rsidR="007323CB" w:rsidRDefault="007323CB">
      <w:pPr>
        <w:spacing w:before="100"/>
      </w:pPr>
      <w:bookmarkStart w:id="0" w:name="_GoBack"/>
      <w:bookmarkEnd w:id="0"/>
    </w:p>
    <w:p w:rsidR="00F63E18" w:rsidRDefault="00F63E18">
      <w:pPr>
        <w:spacing w:before="100"/>
      </w:pPr>
    </w:p>
    <w:p w:rsidR="007323CB" w:rsidRDefault="007323CB" w:rsidP="007323CB">
      <w:pPr>
        <w:spacing w:before="100"/>
      </w:pPr>
      <w:proofErr w:type="spellStart"/>
      <w:r>
        <w:t>Adı</w:t>
      </w:r>
      <w:proofErr w:type="spellEnd"/>
      <w:r>
        <w:t xml:space="preserve"> </w:t>
      </w:r>
      <w:proofErr w:type="spellStart"/>
      <w:r>
        <w:t>Soyadı</w:t>
      </w:r>
      <w:proofErr w:type="spellEnd"/>
      <w:r>
        <w:tab/>
        <w:t xml:space="preserve">: </w:t>
      </w:r>
    </w:p>
    <w:p w:rsidR="007323CB" w:rsidRDefault="007323CB" w:rsidP="007323CB">
      <w:pPr>
        <w:spacing w:before="100"/>
      </w:pPr>
      <w:proofErr w:type="spellStart"/>
      <w:r>
        <w:t>İletişim</w:t>
      </w:r>
      <w:proofErr w:type="spellEnd"/>
      <w:r>
        <w:tab/>
        <w:t xml:space="preserve">: </w:t>
      </w:r>
    </w:p>
    <w:p w:rsidR="007323CB" w:rsidRDefault="007323CB" w:rsidP="007323CB">
      <w:pPr>
        <w:spacing w:before="100"/>
      </w:pPr>
      <w:proofErr w:type="spellStart"/>
      <w:r>
        <w:t>Bölümü</w:t>
      </w:r>
      <w:proofErr w:type="spellEnd"/>
      <w:r>
        <w:tab/>
      </w:r>
    </w:p>
    <w:p w:rsidR="00F63E18" w:rsidRDefault="007323CB" w:rsidP="007323CB">
      <w:pPr>
        <w:spacing w:before="100"/>
      </w:pPr>
      <w:proofErr w:type="spellStart"/>
      <w:r>
        <w:t>İmza</w:t>
      </w:r>
      <w:proofErr w:type="spellEnd"/>
      <w:r>
        <w:tab/>
        <w:t xml:space="preserve">: </w:t>
      </w:r>
    </w:p>
    <w:p w:rsidR="00F63E18" w:rsidRDefault="00F63E18">
      <w:pPr>
        <w:spacing w:before="100"/>
      </w:pPr>
    </w:p>
    <w:p w:rsidR="00F63E18" w:rsidRDefault="00F63E18">
      <w:pPr>
        <w:spacing w:before="100"/>
      </w:pPr>
    </w:p>
    <w:p w:rsidR="00F63E18" w:rsidRDefault="00F63E18">
      <w:pPr>
        <w:spacing w:before="100"/>
      </w:pPr>
    </w:p>
    <w:p w:rsidR="00F63E18" w:rsidRDefault="00F63E18">
      <w:pPr>
        <w:spacing w:before="100"/>
      </w:pPr>
    </w:p>
    <w:p w:rsidR="00C75D9A" w:rsidRDefault="00C75D9A">
      <w:pPr>
        <w:spacing w:before="100"/>
      </w:pPr>
    </w:p>
    <w:p w:rsidR="00C75D9A" w:rsidRDefault="00C75D9A">
      <w:pPr>
        <w:spacing w:before="100"/>
      </w:pPr>
    </w:p>
    <w:p w:rsidR="00C75D9A" w:rsidRDefault="00C75D9A">
      <w:pPr>
        <w:spacing w:before="100"/>
      </w:pPr>
    </w:p>
    <w:p w:rsidR="00C75D9A" w:rsidRDefault="00C75D9A">
      <w:pPr>
        <w:spacing w:before="100"/>
      </w:pPr>
    </w:p>
    <w:p w:rsidR="00C75D9A" w:rsidRDefault="00C75D9A">
      <w:pPr>
        <w:spacing w:before="100"/>
      </w:pPr>
    </w:p>
    <w:p w:rsidR="00C75D9A" w:rsidRDefault="00C75D9A">
      <w:pPr>
        <w:spacing w:before="100"/>
      </w:pPr>
    </w:p>
    <w:p w:rsidR="00C75D9A" w:rsidRDefault="00C75D9A">
      <w:pPr>
        <w:spacing w:before="100"/>
      </w:pPr>
    </w:p>
    <w:p w:rsidR="00B37D1B" w:rsidRDefault="00B37D1B">
      <w:pPr>
        <w:spacing w:before="100"/>
      </w:pPr>
    </w:p>
    <w:p w:rsidR="00C75D9A" w:rsidRDefault="00C75D9A">
      <w:pPr>
        <w:spacing w:before="100"/>
      </w:pPr>
    </w:p>
    <w:p w:rsidR="00C75D9A" w:rsidRDefault="00C75D9A">
      <w:pPr>
        <w:spacing w:before="100"/>
      </w:pPr>
    </w:p>
    <w:p w:rsidR="00176113" w:rsidRDefault="00176113"/>
    <w:sectPr w:rsidR="00176113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76113"/>
    <w:rsid w:val="0029639D"/>
    <w:rsid w:val="00326F90"/>
    <w:rsid w:val="007323CB"/>
    <w:rsid w:val="008E33D7"/>
    <w:rsid w:val="00AA1D8D"/>
    <w:rsid w:val="00B37D1B"/>
    <w:rsid w:val="00B47730"/>
    <w:rsid w:val="00C73FAE"/>
    <w:rsid w:val="00C75D9A"/>
    <w:rsid w:val="00CB0664"/>
    <w:rsid w:val="00F63E1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9A28B3"/>
  <w14:defaultImageDpi w14:val="300"/>
  <w15:docId w15:val="{B30C4820-6489-4CC9-811B-F0146BB5A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5C2ECEA-DF69-421F-B811-E1C2A8EF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Ogrenciİsleri</cp:lastModifiedBy>
  <cp:revision>2</cp:revision>
  <dcterms:created xsi:type="dcterms:W3CDTF">2026-10-09T11:55:00Z</dcterms:created>
  <dcterms:modified xsi:type="dcterms:W3CDTF">2026-10-09T11:55:00Z</dcterms:modified>
  <cp:category/>
</cp:coreProperties>
</file>